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הכתבה החדשותית המרכזית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הפירמידה ההפוכה בכתבה החדשותית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ליד, כותרת וציטוט מהיצירה כ'מקור'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מלכודות נפוצות בכתיבת כתבה שיתופית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המדריך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כותרת וכותרת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עד 40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לשמש כ'מקור' שמעניק אמינות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עד 8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לכתוב סיכום עלילה במקום 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המידע המרכזי שהקורא צריך לדעת מיד בתחילת הכתבה.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להוסיף פרשנות ולשמור על קול כתיבה מוביל משלכם.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החלק שיורד ראשון אם מקצרים, המידע החשוב נמצא בליד ובגוף.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הקורא מבין מי מדבר ולמה הציטוט מהימן.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הכתבה השיתופית צריכה לשלב את כל היצירות של הצוות.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(משפט קצר שמושך את תשומת הקורא)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(משפט שמסביר ומחבר את הכותרת לנושא)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(פסקת הפתיחה שעונה על מי מה מתי איפה למה ואיך)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(פירוט האירועים והציטוטים מהיצירות)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(הקשר רחב ופרטים נוספים שנחתכים ראשונים אם מקצרים)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הפירמידה ההפוכה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וכותרת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גוף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רקע ופרטים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קצרה עם פועל פעיל בזמן הווה, כותרת משנה שמחברת לנושא הצוות בלי לחשוף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פסקה קצרה שעונה על כל השאלות ומרמזת על הקשר בין היצירות, בלשון עיתונאית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על מי מה מתי איפה למה ואיך, עד כ-40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משמש כ'מקור' שמעניק אמינות ומלווה בפרשנות של הכותבים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תלוי בתשובת התלמיד, חשוב שיסבירו איך המושג עוזר להבין את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או בקבוצת עיתון שלמה לפי היצירות שנבחרו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דוגמה אחת לכותרת וליד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תלמיד תורם לפחות מקור אחד מתוך יצירה שקרא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הכתבה החדשותית המרכזית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כותבים כתבה חדשותית על סיפורים ושירים. נלמד מה זה כותרת, ליד וציטוט.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פירמידה הפוכה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כתיבה שבה המידע החשוב ביותר נמצא בתחילת הכתבה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פסקת הפתיחה שעונה על מי, מה, מתי, איפה, למה ואיך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שמושך את הקורא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שמסביר את הכותרת ומחבר אותה לנושא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 מהיצירה שמעניק אמינות לכתבה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של הכותבים למה הציטוט חשוב ומה הוא מוכיח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מושג ספרותי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כמו מטפורה או ניגוד שעוזר להבין את 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רכיב חזותי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או אינפוגרפיקה עם כיתוב שמלווה את הכתבה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המדריך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החלק הכי רחב בפירמידה ההפוכה?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 וכותרת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רקע ופרטים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בפסקת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40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100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10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מוסיפים ציטוט מהשיר או מהסיפור?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לשמש כ'מקור' שמעניק אמינות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להחליף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את הרכיב החזותי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מילים בכותרת?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8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20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3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אסור לעשות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סיכום עלילה במקום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כותרת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להשתמש בציטוט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לשלב מושג ספרותי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הליד צריך לענות על השאלות מי, מה, מתי, איפה, למה ואיך.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לבנות כתבה שלמה רק מציטוטים ארוכים בלי פרשנות.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בחלק 'רקע ופרטים' נמצא המידע הכי חשוב בכתבה.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להציג את הדובר או הדמות לפני הצגת הציטוט.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כתבה שעוסקת רק ביצירה אחת ולהתעלם מהשאר.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הפסקה החשובה ביותר בכתבה, עד כ-40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בכתבה עיתונאית, __________ מעניק אמינות לכתבה.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הכותרת הראשית צריכה להיות קצרה וכוללת עד __________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בגוף הכתבה כותבים מהחשוב אל ה__________ חשוב.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לפחות __________ מושגים ספרותיים צריכים להופיע בכתבה בצורה טבעית.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שמסביר ומחבר את הכותרת לנושא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כותרת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הקשר רחב ופרטים נוספים שנחתכים ראשונים אם מקצרים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פירוט האירועים והציטוטים מהיצירות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גוף הכתבה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פסקת הפתיחה שעונה על מי מה מתי איפה למה ואיך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רקע ופרטים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קצר שמושך את תשומת הקורא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הפירמידה ההפוכה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וכותרת משנה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רקע ופרטים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כותרת ראשית בת עד 8 מילים ליצירה שבחרתם, בפועל פעיל ובזמן הווה, וכותרת משנה שמסבירה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ליד שלם (עד 40 מילים) לכתבה על היצירות שבחרתם, כולל התשובות לשאלות מי מה מתי איפה למה ואיך, ורמז לקשר בין היצירות.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לכלול הליד?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הציטוט מהיצירה בכתבה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מושגים ספרותיים בחרתם לשלב בכתבה,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הכתבה החדשותית המרכזית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